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8E506" w14:textId="77777777" w:rsidR="00A44564" w:rsidRDefault="007D2A03">
      <w:pPr>
        <w:spacing w:after="40"/>
        <w:jc w:val="center"/>
      </w:pPr>
      <w:r>
        <w:rPr>
          <w:rFonts w:ascii="Arial" w:hAnsi="Arial"/>
          <w:b/>
          <w:color w:val="1A365D"/>
          <w:sz w:val="22"/>
        </w:rPr>
        <w:t>ISTITUTO DI ISTRUZIONE SECONDARIA SUPERIORE “S. PUGLIATTI”</w:t>
      </w:r>
    </w:p>
    <w:p w14:paraId="3186D42C" w14:textId="77777777" w:rsidR="00A44564" w:rsidRDefault="007D2A03">
      <w:pPr>
        <w:spacing w:after="40"/>
        <w:jc w:val="center"/>
      </w:pPr>
      <w:r>
        <w:rPr>
          <w:rFonts w:ascii="Arial" w:hAnsi="Arial"/>
          <w:color w:val="444444"/>
          <w:sz w:val="17"/>
        </w:rPr>
        <w:t>Sede di Taormina: C.da Arancio – Tel. 0942-50202 – Cod. Fisc. 96005600832 – Cod. Mecc. MEIS03300G</w:t>
      </w:r>
      <w:r>
        <w:rPr>
          <w:rFonts w:ascii="Arial" w:hAnsi="Arial"/>
          <w:color w:val="444444"/>
          <w:sz w:val="17"/>
        </w:rPr>
        <w:br/>
        <w:t>Email: meis03300g@istruzione.it – PEC: meis03300g@pec.istruzione.it</w:t>
      </w:r>
    </w:p>
    <w:p w14:paraId="1C867048" w14:textId="77777777" w:rsidR="00A44564" w:rsidRDefault="00A44564">
      <w:pPr>
        <w:pBdr>
          <w:bottom w:val="single" w:sz="12" w:space="1" w:color="1A365D"/>
        </w:pBdr>
        <w:spacing w:after="240"/>
      </w:pPr>
    </w:p>
    <w:p w14:paraId="6C8E3AE4" w14:textId="77777777" w:rsidR="00A44564" w:rsidRDefault="007D2A03">
      <w:pPr>
        <w:spacing w:after="60"/>
        <w:jc w:val="center"/>
      </w:pPr>
      <w:r>
        <w:rPr>
          <w:rFonts w:ascii="Arial" w:hAnsi="Arial"/>
          <w:b/>
          <w:color w:val="1A365D"/>
          <w:sz w:val="25"/>
        </w:rPr>
        <w:t>ALLEGATO 4 – COMUNICAZIONE COORDINATE BANCARIE / POSTALI (MODELLO IBAN)</w:t>
      </w:r>
    </w:p>
    <w:p w14:paraId="27763AA2" w14:textId="77777777" w:rsidR="00A44564" w:rsidRDefault="007D2A03">
      <w:pPr>
        <w:spacing w:after="240"/>
        <w:jc w:val="center"/>
      </w:pPr>
      <w:r>
        <w:rPr>
          <w:rFonts w:ascii="Arial" w:hAnsi="Arial"/>
          <w:i/>
          <w:color w:val="555555"/>
          <w:sz w:val="18"/>
        </w:rPr>
        <w:t>Modulo di accredito stipendio, competenze accessorie e rimborso spese</w:t>
      </w:r>
      <w:r>
        <w:rPr>
          <w:rFonts w:ascii="Arial" w:hAnsi="Arial"/>
          <w:i/>
          <w:color w:val="555555"/>
          <w:sz w:val="18"/>
        </w:rPr>
        <w:br/>
        <w:t>Dichiarazione sostitutiva resa ai sensi del D.P.R. 28/12/2000, n. 445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A44564" w14:paraId="04E70387" w14:textId="77777777">
        <w:trPr>
          <w:jc w:val="center"/>
        </w:trPr>
        <w:tc>
          <w:tcPr>
            <w:tcW w:w="9605" w:type="dxa"/>
            <w:tcBorders>
              <w:top w:val="single" w:sz="4" w:space="0" w:color="CBD5E0"/>
              <w:left w:val="single" w:sz="24" w:space="0" w:color="1A365D"/>
              <w:bottom w:val="single" w:sz="4" w:space="0" w:color="CBD5E0"/>
              <w:right w:val="single" w:sz="4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B431CA" w14:textId="77777777" w:rsidR="00A44564" w:rsidRDefault="007D2A03">
            <w:pPr>
              <w:spacing w:after="0"/>
            </w:pPr>
            <w:r>
              <w:rPr>
                <w:b/>
                <w:sz w:val="17"/>
              </w:rPr>
              <w:t xml:space="preserve">AVVERTENZA: </w:t>
            </w:r>
            <w:r>
              <w:rPr>
                <w:sz w:val="17"/>
              </w:rPr>
              <w:t>Il conto corrente indicato deve essere necessariamente intestato o cointestato al/alla dichiarante. L'Istituzione Scolastica e la Ragioneria Territoriale dello Stato declinano ogni responsabilità per eventuali ritardi o disguidi nell'accredito derivanti da un'inesatta comunicazione del codice IBAN.</w:t>
            </w:r>
          </w:p>
        </w:tc>
      </w:tr>
    </w:tbl>
    <w:p w14:paraId="2D7F104F" w14:textId="77777777" w:rsidR="00A44564" w:rsidRDefault="00A44564">
      <w:pPr>
        <w:spacing w:after="120"/>
      </w:pPr>
    </w:p>
    <w:p w14:paraId="7EA17E5D" w14:textId="77777777" w:rsidR="00A44564" w:rsidRDefault="007D2A03">
      <w:pPr>
        <w:spacing w:after="80"/>
      </w:pPr>
      <w:r>
        <w:rPr>
          <w:sz w:val="20"/>
        </w:rPr>
        <w:t>Il/La sottoscritto/a ....................................................................................................................................................................</w:t>
      </w:r>
    </w:p>
    <w:p w14:paraId="1479A38F" w14:textId="77777777" w:rsidR="00A44564" w:rsidRDefault="007D2A03">
      <w:pPr>
        <w:spacing w:after="80"/>
      </w:pPr>
      <w:r>
        <w:rPr>
          <w:sz w:val="20"/>
        </w:rPr>
        <w:t>Nato/a a ................................................................................. (Prov. ........) il ....................................................................</w:t>
      </w:r>
    </w:p>
    <w:p w14:paraId="19845C79" w14:textId="77777777" w:rsidR="00A44564" w:rsidRDefault="007D2A03">
      <w:pPr>
        <w:spacing w:after="80"/>
      </w:pPr>
      <w:r>
        <w:rPr>
          <w:sz w:val="20"/>
        </w:rPr>
        <w:t>Codice Fiscale ....................................................................................................................................................................</w:t>
      </w:r>
    </w:p>
    <w:p w14:paraId="05DC584A" w14:textId="77777777" w:rsidR="00A44564" w:rsidRDefault="007D2A03">
      <w:pPr>
        <w:spacing w:after="80"/>
      </w:pPr>
      <w:r>
        <w:rPr>
          <w:sz w:val="20"/>
        </w:rPr>
        <w:t>Residente a ................................................................................. (Prov. ........) Cap ............................................................</w:t>
      </w:r>
    </w:p>
    <w:p w14:paraId="7133C98D" w14:textId="77777777" w:rsidR="00A44564" w:rsidRDefault="007D2A03">
      <w:pPr>
        <w:spacing w:after="80"/>
      </w:pPr>
      <w:r>
        <w:rPr>
          <w:sz w:val="20"/>
        </w:rPr>
        <w:t>Via/Piazza .......................................................................................................................... n. ........................................</w:t>
      </w:r>
    </w:p>
    <w:p w14:paraId="6AC808AD" w14:textId="77777777" w:rsidR="00A44564" w:rsidRDefault="007D2A03">
      <w:pPr>
        <w:spacing w:after="80"/>
      </w:pPr>
      <w:r>
        <w:rPr>
          <w:sz w:val="20"/>
        </w:rPr>
        <w:t>Tel./Cell. ......................................................................... E-mail ....................................................................................</w:t>
      </w:r>
    </w:p>
    <w:p w14:paraId="1701C8C4" w14:textId="77777777" w:rsidR="00A44564" w:rsidRDefault="007D2A03">
      <w:pPr>
        <w:spacing w:after="80"/>
      </w:pPr>
      <w:r>
        <w:rPr>
          <w:sz w:val="20"/>
        </w:rPr>
        <w:t>In servizio presso questa Istituzione Scolastica in qualità di:</w:t>
      </w:r>
    </w:p>
    <w:p w14:paraId="3A7FBAAE" w14:textId="77777777" w:rsidR="00A44564" w:rsidRDefault="007D2A03">
      <w:pPr>
        <w:spacing w:after="60"/>
        <w:ind w:left="432"/>
      </w:pPr>
      <w:r>
        <w:t>☐</w:t>
      </w:r>
      <w:r>
        <w:t xml:space="preserve">  Docente – Classe di concorso ...................................................................................................................</w:t>
      </w:r>
    </w:p>
    <w:p w14:paraId="512976E2" w14:textId="77777777" w:rsidR="00A44564" w:rsidRDefault="007D2A03">
      <w:pPr>
        <w:ind w:left="432"/>
      </w:pPr>
      <w:r>
        <w:t>☐</w:t>
      </w:r>
      <w:r>
        <w:t xml:space="preserve">  Personale A.T.A. – Profilo .................................................................................................................................</w:t>
      </w:r>
    </w:p>
    <w:p w14:paraId="3EC2957E" w14:textId="77777777" w:rsidR="00A44564" w:rsidRDefault="007D2A03">
      <w:pPr>
        <w:spacing w:before="160" w:after="160"/>
        <w:jc w:val="center"/>
      </w:pPr>
      <w:r>
        <w:rPr>
          <w:rFonts w:ascii="Arial" w:hAnsi="Arial"/>
          <w:b/>
          <w:sz w:val="22"/>
        </w:rPr>
        <w:t>CHIEDE / COMUNICA</w:t>
      </w:r>
    </w:p>
    <w:p w14:paraId="49EDD100" w14:textId="77777777" w:rsidR="00A44564" w:rsidRDefault="007D2A03">
      <w:pPr>
        <w:spacing w:after="160"/>
      </w:pPr>
      <w:r>
        <w:t>che il pagamento delle competenze stipendiali, dei compensi accessori e di ogni altro eventuale rimborso spettante sia effettuato mediante accredito sul seguente conto corrente bancario o postale a sé intestato/cointestato:</w:t>
      </w:r>
    </w:p>
    <w:tbl>
      <w:tblPr>
        <w:tblW w:w="0" w:type="auto"/>
        <w:jc w:val="center"/>
        <w:tblBorders>
          <w:top w:val="single" w:sz="4" w:space="0" w:color="A0AEC0"/>
          <w:left w:val="single" w:sz="4" w:space="0" w:color="A0AEC0"/>
          <w:bottom w:val="single" w:sz="4" w:space="0" w:color="A0AEC0"/>
          <w:right w:val="single" w:sz="4" w:space="0" w:color="A0AEC0"/>
          <w:insideH w:val="single" w:sz="4" w:space="0" w:color="A0AEC0"/>
          <w:insideV w:val="single" w:sz="4" w:space="0" w:color="A0AEC0"/>
        </w:tblBorders>
        <w:tblLook w:val="04A0" w:firstRow="1" w:lastRow="0" w:firstColumn="1" w:lastColumn="0" w:noHBand="0" w:noVBand="1"/>
      </w:tblPr>
      <w:tblGrid>
        <w:gridCol w:w="3162"/>
        <w:gridCol w:w="6433"/>
      </w:tblGrid>
      <w:tr w:rsidR="00A44564" w14:paraId="4E5FA33D" w14:textId="77777777"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7B8C1" w14:textId="77777777" w:rsidR="00A44564" w:rsidRDefault="007D2A03">
            <w:r>
              <w:rPr>
                <w:b/>
                <w:sz w:val="19"/>
              </w:rPr>
              <w:t>Codice IBAN:</w:t>
            </w:r>
            <w:r>
              <w:rPr>
                <w:b/>
                <w:sz w:val="19"/>
              </w:rPr>
              <w:br/>
              <w:t>(27 caratteri)</w:t>
            </w:r>
          </w:p>
        </w:tc>
        <w:tc>
          <w:tcPr>
            <w:tcW w:w="64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79017" w14:textId="77777777" w:rsidR="00A44564" w:rsidRDefault="007D2A03">
            <w:pPr>
              <w:spacing w:after="0"/>
            </w:pPr>
            <w:r>
              <w:rPr>
                <w:rFonts w:ascii="Courier New" w:hAnsi="Courier New"/>
                <w:b/>
              </w:rPr>
              <w:t>IT  | __ __ |  __  |  __ __ __ __ __  |  __ __ __ __ __  |  __ __ __ __ __ __ __ __ __ __ __ |</w:t>
            </w:r>
          </w:p>
        </w:tc>
      </w:tr>
      <w:tr w:rsidR="00A44564" w14:paraId="5B4DCBA3" w14:textId="77777777">
        <w:trPr>
          <w:jc w:val="center"/>
        </w:trPr>
        <w:tc>
          <w:tcPr>
            <w:tcW w:w="316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062FAE" w14:textId="77777777" w:rsidR="00A44564" w:rsidRDefault="007D2A03">
            <w:pPr>
              <w:spacing w:after="0"/>
            </w:pPr>
            <w:r>
              <w:rPr>
                <w:b/>
                <w:sz w:val="19"/>
              </w:rPr>
              <w:t>Istituto Bancario / Poste Italiane:</w:t>
            </w:r>
          </w:p>
        </w:tc>
        <w:tc>
          <w:tcPr>
            <w:tcW w:w="643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5FFBDA" w14:textId="77777777" w:rsidR="00A44564" w:rsidRDefault="007D2A03">
            <w:pPr>
              <w:spacing w:after="0"/>
            </w:pPr>
            <w:r>
              <w:rPr>
                <w:sz w:val="19"/>
              </w:rPr>
              <w:t>...................................................................................................</w:t>
            </w:r>
          </w:p>
        </w:tc>
      </w:tr>
      <w:tr w:rsidR="00A44564" w14:paraId="0E374B6F" w14:textId="77777777">
        <w:trPr>
          <w:jc w:val="center"/>
        </w:trPr>
        <w:tc>
          <w:tcPr>
            <w:tcW w:w="316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8A065A" w14:textId="77777777" w:rsidR="00A44564" w:rsidRDefault="007D2A03">
            <w:pPr>
              <w:spacing w:after="0"/>
            </w:pPr>
            <w:r>
              <w:rPr>
                <w:b/>
                <w:sz w:val="19"/>
              </w:rPr>
              <w:t>Agenzia / Filiale di:</w:t>
            </w:r>
          </w:p>
        </w:tc>
        <w:tc>
          <w:tcPr>
            <w:tcW w:w="643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22983E" w14:textId="77777777" w:rsidR="00A44564" w:rsidRDefault="007D2A03">
            <w:pPr>
              <w:spacing w:after="0"/>
            </w:pPr>
            <w:r>
              <w:rPr>
                <w:sz w:val="19"/>
              </w:rPr>
              <w:t>...................................................................................................</w:t>
            </w:r>
          </w:p>
        </w:tc>
      </w:tr>
      <w:tr w:rsidR="00A44564" w14:paraId="70B2E3AA" w14:textId="77777777">
        <w:trPr>
          <w:jc w:val="center"/>
        </w:trPr>
        <w:tc>
          <w:tcPr>
            <w:tcW w:w="316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558AAE" w14:textId="77777777" w:rsidR="00A44564" w:rsidRDefault="007D2A03">
            <w:pPr>
              <w:spacing w:after="0"/>
            </w:pPr>
            <w:r>
              <w:rPr>
                <w:b/>
                <w:sz w:val="19"/>
              </w:rPr>
              <w:t>Intestatario del conto:</w:t>
            </w:r>
          </w:p>
        </w:tc>
        <w:tc>
          <w:tcPr>
            <w:tcW w:w="643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B63F9B" w14:textId="77777777" w:rsidR="00A44564" w:rsidRDefault="007D2A03">
            <w:pPr>
              <w:spacing w:after="0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Sottoscritto/a (Unico intestatario)</w:t>
            </w:r>
            <w:r>
              <w:rPr>
                <w:sz w:val="19"/>
              </w:rPr>
              <w:br/>
              <w:t>☐ Cointestato a: .....................................................................</w:t>
            </w:r>
          </w:p>
        </w:tc>
      </w:tr>
      <w:tr w:rsidR="00A44564" w14:paraId="7D980A5C" w14:textId="77777777">
        <w:trPr>
          <w:jc w:val="center"/>
        </w:trPr>
        <w:tc>
          <w:tcPr>
            <w:tcW w:w="316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D4E01B" w14:textId="77777777" w:rsidR="00A44564" w:rsidRDefault="007D2A03">
            <w:pPr>
              <w:spacing w:after="0"/>
            </w:pPr>
            <w:r>
              <w:rPr>
                <w:b/>
                <w:sz w:val="19"/>
              </w:rPr>
              <w:t>Codice BIC / SWIFT (se estero):</w:t>
            </w:r>
          </w:p>
        </w:tc>
        <w:tc>
          <w:tcPr>
            <w:tcW w:w="643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A61C4A" w14:textId="77777777" w:rsidR="00A44564" w:rsidRDefault="007D2A03">
            <w:pPr>
              <w:spacing w:after="0"/>
            </w:pPr>
            <w:r>
              <w:rPr>
                <w:sz w:val="19"/>
              </w:rPr>
              <w:t>...................................................................................................</w:t>
            </w:r>
          </w:p>
        </w:tc>
      </w:tr>
    </w:tbl>
    <w:p w14:paraId="4CD27690" w14:textId="77777777" w:rsidR="00A44564" w:rsidRDefault="007D2A03">
      <w:pPr>
        <w:spacing w:before="200" w:after="240"/>
      </w:pPr>
      <w:r>
        <w:rPr>
          <w:sz w:val="19"/>
        </w:rPr>
        <w:t>Il/La sottoscritto/a si impegna a comunicare tempestivamente all'Ufficio Amministrativo del Personale di questo Istituto ogni eventuale variazione del codice IBAN sopra indicato, sollevando l'Amministrazione da ogni responsabilità per mancato o ritardato pagamento dovuto a mancata o tardiva comunicazione.</w:t>
      </w:r>
    </w:p>
    <w:p w14:paraId="411B57FE" w14:textId="77777777" w:rsidR="00A44564" w:rsidRDefault="007D2A03">
      <w:pPr>
        <w:spacing w:after="300"/>
      </w:pPr>
      <w:r>
        <w:rPr>
          <w:b/>
          <w:sz w:val="18"/>
        </w:rPr>
        <w:t>☐</w:t>
      </w:r>
      <w:r>
        <w:rPr>
          <w:b/>
          <w:sz w:val="18"/>
        </w:rPr>
        <w:t xml:space="preserve">  Si allega alla presente copia del documento di attestazione del codice IBAN rilasciato dalla Banca/Poste Italiane (o schermata dell'Home Banking riportante l'intestatario e l'IBAN).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52"/>
        <w:gridCol w:w="4752"/>
      </w:tblGrid>
      <w:tr w:rsidR="00A44564" w14:paraId="1072B067" w14:textId="77777777">
        <w:trPr>
          <w:jc w:val="center"/>
        </w:trPr>
        <w:tc>
          <w:tcPr>
            <w:tcW w:w="4752" w:type="dxa"/>
          </w:tcPr>
          <w:p w14:paraId="510B7168" w14:textId="77777777" w:rsidR="00A44564" w:rsidRDefault="007D2A03">
            <w:r>
              <w:lastRenderedPageBreak/>
              <w:t>Luogo e Data</w:t>
            </w:r>
            <w:r>
              <w:br/>
            </w:r>
            <w:r>
              <w:br/>
              <w:t>Taormina, ........................................</w:t>
            </w:r>
          </w:p>
        </w:tc>
        <w:tc>
          <w:tcPr>
            <w:tcW w:w="4752" w:type="dxa"/>
          </w:tcPr>
          <w:p w14:paraId="3F0A7D38" w14:textId="77777777" w:rsidR="00A44564" w:rsidRDefault="007D2A03">
            <w:pPr>
              <w:jc w:val="center"/>
            </w:pPr>
            <w:r>
              <w:rPr>
                <w:b/>
              </w:rPr>
              <w:t>Firma leggibile del dichiarante</w:t>
            </w:r>
            <w:r>
              <w:rPr>
                <w:b/>
              </w:rPr>
              <w:br/>
            </w:r>
            <w:r>
              <w:rPr>
                <w:i/>
                <w:sz w:val="16"/>
              </w:rPr>
              <w:t>(da apporre in presenza dell'operatore di segreteria)</w:t>
            </w:r>
            <w:r>
              <w:rPr>
                <w:i/>
                <w:sz w:val="16"/>
              </w:rPr>
              <w:br/>
            </w:r>
            <w:r>
              <w:rPr>
                <w:i/>
                <w:sz w:val="16"/>
              </w:rPr>
              <w:br/>
            </w:r>
            <w:r>
              <w:t>.........................................................................</w:t>
            </w:r>
          </w:p>
        </w:tc>
      </w:tr>
    </w:tbl>
    <w:p w14:paraId="1AE617D7" w14:textId="77777777" w:rsidR="00A44564" w:rsidRDefault="007D2A03">
      <w:pPr>
        <w:pBdr>
          <w:top w:val="single" w:sz="4" w:space="4" w:color="E2E8F0"/>
        </w:pBdr>
        <w:spacing w:before="400" w:after="0"/>
      </w:pPr>
      <w:r>
        <w:rPr>
          <w:b/>
          <w:color w:val="718096"/>
          <w:sz w:val="15"/>
        </w:rPr>
        <w:t xml:space="preserve">Informativa privacy (Art. 13-14 Regolamento UE 2016/679 - GDPR): </w:t>
      </w:r>
      <w:r>
        <w:rPr>
          <w:color w:val="718096"/>
          <w:sz w:val="15"/>
        </w:rPr>
        <w:t>I dati personali forniti con la presente dichiarazione saranno trattati esclusivamente per le finalità istituzionali connesse all'erogazione delle competenze stipendiali e alla gestione contabile del rapporto di lavoro (D.P.R. 445/2000, Regolamento UE 2016/679).</w:t>
      </w:r>
    </w:p>
    <w:sectPr w:rsidR="00A44564" w:rsidSect="00034616">
      <w:pgSz w:w="11909" w:h="16834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2317911">
    <w:abstractNumId w:val="8"/>
  </w:num>
  <w:num w:numId="2" w16cid:durableId="2126383583">
    <w:abstractNumId w:val="6"/>
  </w:num>
  <w:num w:numId="3" w16cid:durableId="2130395165">
    <w:abstractNumId w:val="5"/>
  </w:num>
  <w:num w:numId="4" w16cid:durableId="1531995663">
    <w:abstractNumId w:val="4"/>
  </w:num>
  <w:num w:numId="5" w16cid:durableId="1080177516">
    <w:abstractNumId w:val="7"/>
  </w:num>
  <w:num w:numId="6" w16cid:durableId="733966606">
    <w:abstractNumId w:val="3"/>
  </w:num>
  <w:num w:numId="7" w16cid:durableId="831599491">
    <w:abstractNumId w:val="2"/>
  </w:num>
  <w:num w:numId="8" w16cid:durableId="1825508412">
    <w:abstractNumId w:val="1"/>
  </w:num>
  <w:num w:numId="9" w16cid:durableId="1472987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0174C"/>
    <w:rsid w:val="007D2A03"/>
    <w:rsid w:val="00947735"/>
    <w:rsid w:val="00A4456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F77ACE"/>
  <w14:defaultImageDpi w14:val="300"/>
  <w15:docId w15:val="{7524531C-7129-40D3-AD04-D0D83E98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color w:val="111111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 Magaraci</cp:lastModifiedBy>
  <cp:revision>2</cp:revision>
  <dcterms:created xsi:type="dcterms:W3CDTF">2026-08-25T07:59:00Z</dcterms:created>
  <dcterms:modified xsi:type="dcterms:W3CDTF">2026-08-25T07:59:00Z</dcterms:modified>
  <cp:category/>
</cp:coreProperties>
</file>